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381" w:rsidRDefault="00570566" w:rsidP="00B974F0">
      <w:pPr>
        <w:pStyle w:val="a8"/>
        <w:keepNext/>
        <w:spacing w:after="200"/>
        <w:jc w:val="center"/>
        <w:rPr>
          <w:lang w:eastAsia="zh-CN"/>
        </w:rPr>
      </w:pPr>
      <w:r>
        <w:rPr>
          <w:rFonts w:ascii="Times New Roman" w:eastAsia="黑体" w:hAnsi="Times New Roman"/>
          <w:b/>
          <w:color w:val="000000"/>
          <w:sz w:val="36"/>
          <w:lang w:eastAsia="zh-CN"/>
        </w:rPr>
        <w:t>盐城三槐堂宗亲会联络员报名登记表</w:t>
      </w:r>
    </w:p>
    <w:p w:rsidR="00175381" w:rsidRDefault="00570566">
      <w:pPr>
        <w:spacing w:after="0" w:line="360" w:lineRule="auto"/>
        <w:jc w:val="center"/>
        <w:rPr>
          <w:rFonts w:ascii="Times New Roman" w:eastAsia="宋体" w:hAnsi="Times New Roman"/>
          <w:sz w:val="21"/>
          <w:lang w:eastAsia="zh-CN"/>
        </w:rPr>
      </w:pPr>
      <w:r>
        <w:rPr>
          <w:rFonts w:ascii="Times New Roman" w:eastAsia="宋体" w:hAnsi="Times New Roman"/>
          <w:sz w:val="21"/>
          <w:lang w:eastAsia="zh-CN"/>
        </w:rPr>
        <w:t>（请如实填写，本表信息仅用于宗亲会内部管理，将严格保密）</w:t>
      </w:r>
    </w:p>
    <w:p w:rsidR="00966089" w:rsidRPr="00F52597" w:rsidRDefault="00B974F0">
      <w:pPr>
        <w:spacing w:after="0" w:line="360" w:lineRule="auto"/>
        <w:jc w:val="center"/>
        <w:rPr>
          <w:rFonts w:eastAsia="宋体"/>
          <w:sz w:val="10"/>
          <w:szCs w:val="10"/>
          <w:lang w:eastAsia="zh-CN"/>
        </w:rPr>
      </w:pPr>
      <w:r w:rsidRPr="00F52597">
        <w:rPr>
          <w:rFonts w:eastAsia="宋体" w:hint="eastAsia"/>
          <w:sz w:val="10"/>
          <w:szCs w:val="10"/>
          <w:lang w:eastAsia="zh-CN"/>
        </w:rPr>
        <w:t xml:space="preserve"> </w:t>
      </w:r>
    </w:p>
    <w:p w:rsidR="00175381" w:rsidRDefault="00570566" w:rsidP="00B974F0">
      <w:pPr>
        <w:spacing w:after="0" w:line="360" w:lineRule="auto"/>
        <w:ind w:right="840"/>
        <w:rPr>
          <w:lang w:eastAsia="zh-CN"/>
        </w:rPr>
      </w:pPr>
      <w:r>
        <w:rPr>
          <w:rFonts w:ascii="Times New Roman" w:eastAsia="宋体" w:hAnsi="Times New Roman"/>
          <w:sz w:val="21"/>
          <w:lang w:eastAsia="zh-CN"/>
        </w:rPr>
        <w:t>登记编号：＿＿＿＿（宗亲会填写）</w:t>
      </w:r>
    </w:p>
    <w:tbl>
      <w:tblPr>
        <w:tblStyle w:val="af9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74"/>
        <w:gridCol w:w="2921"/>
        <w:gridCol w:w="1701"/>
        <w:gridCol w:w="1559"/>
        <w:gridCol w:w="1416"/>
      </w:tblGrid>
      <w:tr w:rsidR="00175381" w:rsidTr="00FE2A66">
        <w:trPr>
          <w:cantSplit/>
          <w:trHeight w:val="740"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175381" w:rsidRDefault="00570566">
            <w:pPr>
              <w:jc w:val="center"/>
            </w:pPr>
            <w:r>
              <w:rPr>
                <w:rFonts w:ascii="Times New Roman" w:eastAsia="宋体" w:hAnsi="Times New Roman"/>
                <w:sz w:val="21"/>
              </w:rPr>
              <w:t>姓名</w:t>
            </w:r>
          </w:p>
        </w:tc>
        <w:tc>
          <w:tcPr>
            <w:tcW w:w="2921" w:type="dxa"/>
            <w:vAlign w:val="center"/>
          </w:tcPr>
          <w:p w:rsidR="00175381" w:rsidRDefault="00175381"/>
        </w:tc>
        <w:tc>
          <w:tcPr>
            <w:tcW w:w="1701" w:type="dxa"/>
            <w:shd w:val="clear" w:color="auto" w:fill="F2F2F2"/>
            <w:vAlign w:val="center"/>
          </w:tcPr>
          <w:p w:rsidR="00175381" w:rsidRDefault="00570566">
            <w:pPr>
              <w:jc w:val="center"/>
            </w:pPr>
            <w:r>
              <w:rPr>
                <w:rFonts w:ascii="Times New Roman" w:eastAsia="宋体" w:hAnsi="Times New Roman"/>
                <w:sz w:val="21"/>
              </w:rPr>
              <w:t>性别</w:t>
            </w:r>
          </w:p>
        </w:tc>
        <w:tc>
          <w:tcPr>
            <w:tcW w:w="1559" w:type="dxa"/>
            <w:vAlign w:val="center"/>
          </w:tcPr>
          <w:p w:rsidR="00175381" w:rsidRDefault="00175381"/>
        </w:tc>
        <w:tc>
          <w:tcPr>
            <w:tcW w:w="1416" w:type="dxa"/>
            <w:vMerge w:val="restart"/>
            <w:vAlign w:val="center"/>
          </w:tcPr>
          <w:p w:rsidR="008A670E" w:rsidRDefault="00C65EB4">
            <w:pPr>
              <w:jc w:val="center"/>
            </w:pPr>
            <w:r>
              <w:rPr>
                <w:rFonts w:ascii="Times New Roman" w:eastAsia="宋体" w:hAnsi="Times New Roman"/>
                <w:sz w:val="21"/>
                <w:szCs w:val="21"/>
              </w:rPr>
              <w:t>照片</w:t>
            </w:r>
          </w:p>
        </w:tc>
      </w:tr>
      <w:tr w:rsidR="00175381" w:rsidTr="00FE2A66">
        <w:trPr>
          <w:cantSplit/>
          <w:trHeight w:val="740"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175381" w:rsidRDefault="00570566">
            <w:pPr>
              <w:jc w:val="center"/>
            </w:pPr>
            <w:r>
              <w:rPr>
                <w:rFonts w:ascii="Times New Roman" w:eastAsia="宋体" w:hAnsi="Times New Roman"/>
                <w:sz w:val="21"/>
              </w:rPr>
              <w:t>出生年月</w:t>
            </w:r>
          </w:p>
        </w:tc>
        <w:tc>
          <w:tcPr>
            <w:tcW w:w="2921" w:type="dxa"/>
            <w:vAlign w:val="center"/>
          </w:tcPr>
          <w:p w:rsidR="00175381" w:rsidRDefault="00175381"/>
        </w:tc>
        <w:tc>
          <w:tcPr>
            <w:tcW w:w="1701" w:type="dxa"/>
            <w:shd w:val="clear" w:color="auto" w:fill="F2F2F2"/>
            <w:vAlign w:val="center"/>
          </w:tcPr>
          <w:p w:rsidR="00175381" w:rsidRDefault="00570566">
            <w:pPr>
              <w:jc w:val="center"/>
            </w:pPr>
            <w:r>
              <w:rPr>
                <w:rFonts w:ascii="Times New Roman" w:eastAsia="宋体" w:hAnsi="Times New Roman"/>
                <w:sz w:val="21"/>
              </w:rPr>
              <w:t>民族</w:t>
            </w:r>
          </w:p>
        </w:tc>
        <w:tc>
          <w:tcPr>
            <w:tcW w:w="1559" w:type="dxa"/>
            <w:vAlign w:val="center"/>
          </w:tcPr>
          <w:p w:rsidR="00175381" w:rsidRDefault="00175381"/>
        </w:tc>
        <w:tc>
          <w:tcPr>
            <w:tcW w:w="1416" w:type="dxa"/>
            <w:vMerge/>
            <w:vAlign w:val="center"/>
          </w:tcPr>
          <w:p w:rsidR="008A670E" w:rsidRDefault="008A670E"/>
        </w:tc>
      </w:tr>
      <w:tr w:rsidR="00175381" w:rsidTr="00FE2A66">
        <w:trPr>
          <w:cantSplit/>
          <w:trHeight w:val="620"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175381" w:rsidRDefault="00570566">
            <w:pPr>
              <w:jc w:val="center"/>
            </w:pPr>
            <w:r>
              <w:rPr>
                <w:rFonts w:ascii="Times New Roman" w:eastAsia="宋体" w:hAnsi="Times New Roman"/>
                <w:sz w:val="21"/>
              </w:rPr>
              <w:t>文化程度</w:t>
            </w:r>
          </w:p>
        </w:tc>
        <w:tc>
          <w:tcPr>
            <w:tcW w:w="2921" w:type="dxa"/>
            <w:vAlign w:val="center"/>
          </w:tcPr>
          <w:p w:rsidR="00175381" w:rsidRDefault="00175381"/>
        </w:tc>
        <w:tc>
          <w:tcPr>
            <w:tcW w:w="1701" w:type="dxa"/>
            <w:shd w:val="clear" w:color="auto" w:fill="F2F2F2"/>
            <w:vAlign w:val="center"/>
          </w:tcPr>
          <w:p w:rsidR="00175381" w:rsidRDefault="00570566">
            <w:pPr>
              <w:jc w:val="center"/>
            </w:pPr>
            <w:r>
              <w:rPr>
                <w:rFonts w:ascii="Times New Roman" w:eastAsia="宋体" w:hAnsi="Times New Roman"/>
                <w:sz w:val="21"/>
              </w:rPr>
              <w:t>工作单位及职业</w:t>
            </w:r>
          </w:p>
        </w:tc>
        <w:tc>
          <w:tcPr>
            <w:tcW w:w="2975" w:type="dxa"/>
            <w:gridSpan w:val="2"/>
            <w:vAlign w:val="center"/>
          </w:tcPr>
          <w:p w:rsidR="00175381" w:rsidRDefault="00175381"/>
        </w:tc>
      </w:tr>
      <w:tr w:rsidR="00175381" w:rsidTr="00FE2A66">
        <w:trPr>
          <w:cantSplit/>
          <w:trHeight w:val="620"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175381" w:rsidRDefault="00570566">
            <w:pPr>
              <w:jc w:val="center"/>
            </w:pPr>
            <w:r>
              <w:rPr>
                <w:rFonts w:ascii="Times New Roman" w:eastAsia="宋体" w:hAnsi="Times New Roman"/>
                <w:sz w:val="21"/>
              </w:rPr>
              <w:t>联系电话</w:t>
            </w:r>
          </w:p>
        </w:tc>
        <w:tc>
          <w:tcPr>
            <w:tcW w:w="2921" w:type="dxa"/>
            <w:vAlign w:val="center"/>
          </w:tcPr>
          <w:p w:rsidR="00175381" w:rsidRDefault="00175381"/>
        </w:tc>
        <w:tc>
          <w:tcPr>
            <w:tcW w:w="1701" w:type="dxa"/>
            <w:shd w:val="clear" w:color="auto" w:fill="F2F2F2"/>
            <w:vAlign w:val="center"/>
          </w:tcPr>
          <w:p w:rsidR="00175381" w:rsidRDefault="00570566">
            <w:pPr>
              <w:jc w:val="center"/>
            </w:pPr>
            <w:r>
              <w:rPr>
                <w:rFonts w:ascii="Times New Roman" w:eastAsia="宋体" w:hAnsi="Times New Roman"/>
                <w:sz w:val="21"/>
              </w:rPr>
              <w:t>微信号</w:t>
            </w:r>
          </w:p>
        </w:tc>
        <w:tc>
          <w:tcPr>
            <w:tcW w:w="2975" w:type="dxa"/>
            <w:gridSpan w:val="2"/>
            <w:vAlign w:val="center"/>
          </w:tcPr>
          <w:p w:rsidR="00175381" w:rsidRDefault="00175381"/>
        </w:tc>
      </w:tr>
      <w:tr w:rsidR="00175381" w:rsidTr="00966089">
        <w:trPr>
          <w:cantSplit/>
          <w:trHeight w:val="620"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175381" w:rsidRDefault="00570566">
            <w:pPr>
              <w:jc w:val="center"/>
            </w:pPr>
            <w:r>
              <w:rPr>
                <w:rFonts w:ascii="Times New Roman" w:eastAsia="宋体" w:hAnsi="Times New Roman"/>
                <w:sz w:val="21"/>
              </w:rPr>
              <w:t>身份证号</w:t>
            </w:r>
          </w:p>
        </w:tc>
        <w:tc>
          <w:tcPr>
            <w:tcW w:w="7597" w:type="dxa"/>
            <w:gridSpan w:val="4"/>
            <w:vAlign w:val="center"/>
          </w:tcPr>
          <w:p w:rsidR="00175381" w:rsidRDefault="00175381"/>
        </w:tc>
      </w:tr>
      <w:tr w:rsidR="00175381" w:rsidTr="00966089">
        <w:trPr>
          <w:cantSplit/>
          <w:trHeight w:val="620"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175381" w:rsidRDefault="00570566">
            <w:pPr>
              <w:jc w:val="center"/>
            </w:pPr>
            <w:r>
              <w:rPr>
                <w:rFonts w:ascii="Times New Roman" w:eastAsia="宋体" w:hAnsi="Times New Roman"/>
                <w:sz w:val="21"/>
              </w:rPr>
              <w:t>现居住地</w:t>
            </w:r>
          </w:p>
        </w:tc>
        <w:tc>
          <w:tcPr>
            <w:tcW w:w="7597" w:type="dxa"/>
            <w:gridSpan w:val="4"/>
            <w:vAlign w:val="center"/>
          </w:tcPr>
          <w:p w:rsidR="00175381" w:rsidRDefault="00175381"/>
        </w:tc>
      </w:tr>
      <w:tr w:rsidR="00175381" w:rsidTr="00966089">
        <w:trPr>
          <w:cantSplit/>
          <w:trHeight w:val="620"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175381" w:rsidRDefault="00570566">
            <w:pPr>
              <w:jc w:val="center"/>
            </w:pPr>
            <w:r>
              <w:rPr>
                <w:rFonts w:ascii="Times New Roman" w:eastAsia="宋体" w:hAnsi="Times New Roman"/>
                <w:sz w:val="21"/>
              </w:rPr>
              <w:t>拟负责片区</w:t>
            </w:r>
          </w:p>
        </w:tc>
        <w:tc>
          <w:tcPr>
            <w:tcW w:w="7597" w:type="dxa"/>
            <w:gridSpan w:val="4"/>
            <w:vAlign w:val="center"/>
          </w:tcPr>
          <w:p w:rsidR="00175381" w:rsidRDefault="00175381"/>
        </w:tc>
      </w:tr>
      <w:tr w:rsidR="00175381" w:rsidTr="00966089">
        <w:trPr>
          <w:cantSplit/>
          <w:trHeight w:val="620"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175381" w:rsidRDefault="00570566">
            <w:pPr>
              <w:jc w:val="center"/>
            </w:pPr>
            <w:r>
              <w:rPr>
                <w:rFonts w:ascii="Times New Roman" w:eastAsia="宋体" w:hAnsi="Times New Roman"/>
                <w:sz w:val="21"/>
              </w:rPr>
              <w:t>特长与技能</w:t>
            </w:r>
          </w:p>
        </w:tc>
        <w:tc>
          <w:tcPr>
            <w:tcW w:w="7597" w:type="dxa"/>
            <w:gridSpan w:val="4"/>
            <w:vAlign w:val="center"/>
          </w:tcPr>
          <w:p w:rsidR="00175381" w:rsidRDefault="00175381"/>
        </w:tc>
      </w:tr>
      <w:tr w:rsidR="00175381" w:rsidTr="00FE2A66">
        <w:trPr>
          <w:cantSplit/>
          <w:trHeight w:val="967"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175381" w:rsidRDefault="00570566">
            <w:pPr>
              <w:jc w:val="center"/>
            </w:pPr>
            <w:r>
              <w:rPr>
                <w:rFonts w:ascii="Times New Roman" w:eastAsia="宋体" w:hAnsi="Times New Roman"/>
                <w:sz w:val="21"/>
              </w:rPr>
              <w:t>是否宗亲会会员</w:t>
            </w:r>
          </w:p>
        </w:tc>
        <w:tc>
          <w:tcPr>
            <w:tcW w:w="2921" w:type="dxa"/>
            <w:vAlign w:val="center"/>
          </w:tcPr>
          <w:p w:rsidR="00966089" w:rsidRDefault="00570566">
            <w:pPr>
              <w:rPr>
                <w:rFonts w:ascii="Times New Roman" w:eastAsia="宋体" w:hAnsi="Times New Roman"/>
                <w:sz w:val="21"/>
                <w:lang w:eastAsia="zh-CN"/>
              </w:rPr>
            </w:pPr>
            <w:r>
              <w:rPr>
                <w:rFonts w:ascii="Times New Roman" w:eastAsia="宋体" w:hAnsi="Times New Roman"/>
                <w:sz w:val="21"/>
                <w:lang w:eastAsia="zh-CN"/>
              </w:rPr>
              <w:t xml:space="preserve">是／否　</w:t>
            </w:r>
          </w:p>
          <w:p w:rsidR="00175381" w:rsidRDefault="00570566">
            <w:pPr>
              <w:rPr>
                <w:lang w:eastAsia="zh-CN"/>
              </w:rPr>
            </w:pPr>
            <w:r>
              <w:rPr>
                <w:rFonts w:ascii="Times New Roman" w:eastAsia="宋体" w:hAnsi="Times New Roman"/>
                <w:sz w:val="21"/>
                <w:lang w:eastAsia="zh-CN"/>
              </w:rPr>
              <w:t>会员编号：</w:t>
            </w:r>
            <w:bookmarkStart w:id="0" w:name="OLE_LINK10"/>
            <w:bookmarkStart w:id="1" w:name="OLE_LINK11"/>
            <w:r w:rsidRPr="00966089">
              <w:rPr>
                <w:rFonts w:ascii="Times New Roman" w:eastAsia="宋体" w:hAnsi="Times New Roman"/>
                <w:sz w:val="21"/>
                <w:lang w:eastAsia="zh-CN"/>
              </w:rPr>
              <w:t>＿＿</w:t>
            </w:r>
            <w:bookmarkEnd w:id="0"/>
            <w:bookmarkEnd w:id="1"/>
            <w:r w:rsidR="00966089" w:rsidRPr="00966089">
              <w:rPr>
                <w:rFonts w:ascii="Times New Roman" w:eastAsia="宋体" w:hAnsi="Times New Roman"/>
                <w:sz w:val="21"/>
                <w:lang w:eastAsia="zh-CN"/>
              </w:rPr>
              <w:t>＿＿</w:t>
            </w:r>
            <w:r w:rsidRPr="00966089">
              <w:rPr>
                <w:rFonts w:ascii="Times New Roman" w:eastAsia="宋体" w:hAnsi="Times New Roman"/>
                <w:sz w:val="21"/>
                <w:lang w:eastAsia="zh-CN"/>
              </w:rPr>
              <w:t>＿＿</w:t>
            </w:r>
          </w:p>
        </w:tc>
        <w:tc>
          <w:tcPr>
            <w:tcW w:w="1701" w:type="dxa"/>
            <w:shd w:val="clear" w:color="auto" w:fill="F2F2F2"/>
            <w:vAlign w:val="center"/>
          </w:tcPr>
          <w:p w:rsidR="00175381" w:rsidRDefault="00570566">
            <w:pPr>
              <w:jc w:val="center"/>
            </w:pPr>
            <w:r>
              <w:rPr>
                <w:rFonts w:ascii="Times New Roman" w:eastAsia="宋体" w:hAnsi="Times New Roman"/>
                <w:sz w:val="21"/>
              </w:rPr>
              <w:t>报名日期</w:t>
            </w:r>
          </w:p>
        </w:tc>
        <w:tc>
          <w:tcPr>
            <w:tcW w:w="2975" w:type="dxa"/>
            <w:gridSpan w:val="2"/>
            <w:vAlign w:val="center"/>
          </w:tcPr>
          <w:p w:rsidR="00175381" w:rsidRDefault="00570566" w:rsidP="00FE2A66">
            <w:pPr>
              <w:jc w:val="center"/>
            </w:pPr>
            <w:r>
              <w:rPr>
                <w:rFonts w:ascii="Times New Roman" w:eastAsia="宋体" w:hAnsi="Times New Roman"/>
                <w:sz w:val="21"/>
              </w:rPr>
              <w:t>＿＿＿＿年＿＿月＿＿日</w:t>
            </w:r>
          </w:p>
        </w:tc>
      </w:tr>
      <w:tr w:rsidR="00175381" w:rsidTr="00FE2A66">
        <w:trPr>
          <w:cantSplit/>
          <w:trHeight w:val="826"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175381" w:rsidRDefault="00570566">
            <w:pPr>
              <w:jc w:val="center"/>
            </w:pPr>
            <w:r>
              <w:rPr>
                <w:rFonts w:ascii="Times New Roman" w:eastAsia="宋体" w:hAnsi="Times New Roman"/>
                <w:sz w:val="21"/>
              </w:rPr>
              <w:t>报名方式</w:t>
            </w:r>
          </w:p>
        </w:tc>
        <w:tc>
          <w:tcPr>
            <w:tcW w:w="2921" w:type="dxa"/>
            <w:vAlign w:val="center"/>
          </w:tcPr>
          <w:p w:rsidR="00175381" w:rsidRDefault="00570566">
            <w:r>
              <w:rPr>
                <w:rFonts w:ascii="Times New Roman" w:eastAsia="宋体" w:hAnsi="Times New Roman"/>
                <w:sz w:val="21"/>
              </w:rPr>
              <w:t>自荐／推荐</w:t>
            </w:r>
          </w:p>
        </w:tc>
        <w:tc>
          <w:tcPr>
            <w:tcW w:w="1701" w:type="dxa"/>
            <w:shd w:val="clear" w:color="auto" w:fill="F2F2F2"/>
            <w:vAlign w:val="center"/>
          </w:tcPr>
          <w:p w:rsidR="00175381" w:rsidRDefault="00570566">
            <w:pPr>
              <w:jc w:val="center"/>
            </w:pPr>
            <w:r>
              <w:rPr>
                <w:rFonts w:ascii="Times New Roman" w:eastAsia="宋体" w:hAnsi="Times New Roman"/>
                <w:sz w:val="21"/>
              </w:rPr>
              <w:t>推荐人（如有）</w:t>
            </w:r>
          </w:p>
        </w:tc>
        <w:tc>
          <w:tcPr>
            <w:tcW w:w="2975" w:type="dxa"/>
            <w:gridSpan w:val="2"/>
            <w:vAlign w:val="center"/>
          </w:tcPr>
          <w:p w:rsidR="00FE2A66" w:rsidRDefault="00FE2A66">
            <w:pPr>
              <w:rPr>
                <w:rFonts w:ascii="Times New Roman" w:eastAsia="宋体" w:hAnsi="Times New Roman"/>
                <w:sz w:val="21"/>
                <w:lang w:eastAsia="zh-CN"/>
              </w:rPr>
            </w:pPr>
          </w:p>
          <w:p w:rsidR="00175381" w:rsidRDefault="00570566" w:rsidP="00FE2A66">
            <w:pPr>
              <w:jc w:val="center"/>
            </w:pPr>
            <w:r>
              <w:rPr>
                <w:rFonts w:ascii="Times New Roman" w:eastAsia="宋体" w:hAnsi="Times New Roman"/>
                <w:sz w:val="21"/>
              </w:rPr>
              <w:t>＿</w:t>
            </w:r>
            <w:r w:rsidR="00FE2A66">
              <w:rPr>
                <w:rFonts w:ascii="Times New Roman" w:eastAsia="宋体" w:hAnsi="Times New Roman"/>
                <w:sz w:val="21"/>
              </w:rPr>
              <w:t>＿＿＿＿</w:t>
            </w:r>
            <w:r>
              <w:rPr>
                <w:rFonts w:ascii="Times New Roman" w:eastAsia="宋体" w:hAnsi="Times New Roman"/>
                <w:sz w:val="21"/>
              </w:rPr>
              <w:t>＿＿</w:t>
            </w:r>
            <w:r w:rsidR="00FE2A66">
              <w:rPr>
                <w:rFonts w:ascii="Times New Roman" w:eastAsia="宋体" w:hAnsi="Times New Roman"/>
                <w:sz w:val="21"/>
              </w:rPr>
              <w:t>＿＿＿</w:t>
            </w:r>
            <w:r>
              <w:rPr>
                <w:rFonts w:ascii="Times New Roman" w:eastAsia="宋体" w:hAnsi="Times New Roman"/>
                <w:sz w:val="21"/>
              </w:rPr>
              <w:t>＿</w:t>
            </w:r>
          </w:p>
        </w:tc>
      </w:tr>
      <w:tr w:rsidR="00175381" w:rsidTr="00FE2A66">
        <w:trPr>
          <w:cantSplit/>
          <w:trHeight w:val="1843"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175381" w:rsidRDefault="00570566">
            <w:pPr>
              <w:jc w:val="center"/>
            </w:pPr>
            <w:r>
              <w:rPr>
                <w:rFonts w:ascii="Times New Roman" w:eastAsia="宋体" w:hAnsi="Times New Roman"/>
                <w:b/>
                <w:sz w:val="21"/>
              </w:rPr>
              <w:t>个人承诺</w:t>
            </w:r>
          </w:p>
        </w:tc>
        <w:tc>
          <w:tcPr>
            <w:tcW w:w="7597" w:type="dxa"/>
            <w:gridSpan w:val="4"/>
            <w:vAlign w:val="center"/>
          </w:tcPr>
          <w:p w:rsidR="00175381" w:rsidRDefault="00570566" w:rsidP="00966089">
            <w:pPr>
              <w:ind w:firstLineChars="200" w:firstLine="420"/>
              <w:rPr>
                <w:rFonts w:ascii="Times New Roman" w:eastAsia="宋体" w:hAnsi="Times New Roman"/>
                <w:sz w:val="21"/>
                <w:lang w:eastAsia="zh-CN"/>
              </w:rPr>
            </w:pPr>
            <w:r>
              <w:rPr>
                <w:rFonts w:ascii="Times New Roman" w:eastAsia="宋体" w:hAnsi="Times New Roman"/>
                <w:sz w:val="21"/>
                <w:lang w:eastAsia="zh-CN"/>
              </w:rPr>
              <w:t>本人自愿无偿为宗亲会服务，听从宗亲会统一领导，服从组织安排；按要求收集、核实、整理宗亲资料，及时、准确、完整上报；严格保护宗亲资料安全，严守宗亲隐私，绝不泄漏任何宗亲的个人信息及家族内部资料。</w:t>
            </w:r>
            <w:bookmarkStart w:id="2" w:name="_GoBack"/>
            <w:bookmarkEnd w:id="2"/>
          </w:p>
          <w:p w:rsidR="00966089" w:rsidRDefault="00966089" w:rsidP="00966089">
            <w:pPr>
              <w:ind w:firstLineChars="200" w:firstLine="440"/>
              <w:rPr>
                <w:lang w:eastAsia="zh-CN"/>
              </w:rPr>
            </w:pPr>
          </w:p>
          <w:p w:rsidR="00175381" w:rsidRDefault="00570566">
            <w:pPr>
              <w:rPr>
                <w:lang w:eastAsia="zh-CN"/>
              </w:rPr>
            </w:pPr>
            <w:r>
              <w:rPr>
                <w:rFonts w:ascii="Times New Roman" w:eastAsia="宋体" w:hAnsi="Times New Roman"/>
                <w:sz w:val="21"/>
                <w:lang w:eastAsia="zh-CN"/>
              </w:rPr>
              <w:t>承诺人（签名）：＿＿＿＿＿＿　　日期：＿＿＿＿年＿＿月＿＿日</w:t>
            </w:r>
          </w:p>
        </w:tc>
      </w:tr>
      <w:tr w:rsidR="00175381">
        <w:trPr>
          <w:cantSplit/>
          <w:trHeight w:val="1300"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175381" w:rsidRDefault="00570566">
            <w:pPr>
              <w:jc w:val="center"/>
            </w:pPr>
            <w:r>
              <w:rPr>
                <w:rFonts w:ascii="Times New Roman" w:eastAsia="宋体" w:hAnsi="Times New Roman"/>
                <w:b/>
                <w:sz w:val="21"/>
              </w:rPr>
              <w:t>宗亲会审核意见</w:t>
            </w:r>
          </w:p>
        </w:tc>
        <w:tc>
          <w:tcPr>
            <w:tcW w:w="7597" w:type="dxa"/>
            <w:gridSpan w:val="4"/>
            <w:vAlign w:val="center"/>
          </w:tcPr>
          <w:p w:rsidR="00175381" w:rsidRDefault="00570566">
            <w:pPr>
              <w:rPr>
                <w:rFonts w:ascii="Times New Roman" w:eastAsia="宋体" w:hAnsi="Times New Roman"/>
                <w:sz w:val="21"/>
                <w:lang w:eastAsia="zh-CN"/>
              </w:rPr>
            </w:pPr>
            <w:r>
              <w:rPr>
                <w:rFonts w:ascii="Times New Roman" w:eastAsia="宋体" w:hAnsi="Times New Roman"/>
                <w:sz w:val="21"/>
                <w:lang w:eastAsia="zh-CN"/>
              </w:rPr>
              <w:t>审核意见：＿＿＿＿＿＿＿＿＿＿＿＿＿＿＿＿＿＿＿＿＿＿＿＿</w:t>
            </w:r>
          </w:p>
          <w:p w:rsidR="00966089" w:rsidRDefault="00966089">
            <w:pPr>
              <w:rPr>
                <w:lang w:eastAsia="zh-CN"/>
              </w:rPr>
            </w:pPr>
          </w:p>
          <w:p w:rsidR="00175381" w:rsidRDefault="00570566">
            <w:pPr>
              <w:rPr>
                <w:lang w:eastAsia="zh-CN"/>
              </w:rPr>
            </w:pPr>
            <w:r>
              <w:rPr>
                <w:rFonts w:ascii="Times New Roman" w:eastAsia="宋体" w:hAnsi="Times New Roman"/>
                <w:sz w:val="21"/>
                <w:lang w:eastAsia="zh-CN"/>
              </w:rPr>
              <w:t>审核人（签字）：＿＿＿＿＿＿　　日期：＿＿＿＿年＿＿月＿＿日</w:t>
            </w:r>
          </w:p>
        </w:tc>
      </w:tr>
      <w:tr w:rsidR="00175381" w:rsidTr="00F52597">
        <w:trPr>
          <w:cantSplit/>
          <w:trHeight w:val="2296"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175381" w:rsidRDefault="00570566">
            <w:pPr>
              <w:jc w:val="center"/>
            </w:pPr>
            <w:r>
              <w:rPr>
                <w:rFonts w:ascii="Times New Roman" w:eastAsia="宋体" w:hAnsi="Times New Roman"/>
                <w:b/>
                <w:sz w:val="21"/>
              </w:rPr>
              <w:t>聘任登记</w:t>
            </w:r>
          </w:p>
        </w:tc>
        <w:tc>
          <w:tcPr>
            <w:tcW w:w="7597" w:type="dxa"/>
            <w:gridSpan w:val="4"/>
            <w:vAlign w:val="center"/>
          </w:tcPr>
          <w:p w:rsidR="00FE2A66" w:rsidRDefault="00570566" w:rsidP="00F52597">
            <w:pPr>
              <w:rPr>
                <w:rFonts w:ascii="Times New Roman" w:eastAsia="宋体" w:hAnsi="Times New Roman"/>
                <w:sz w:val="21"/>
                <w:lang w:eastAsia="zh-CN"/>
              </w:rPr>
            </w:pPr>
            <w:r>
              <w:rPr>
                <w:rFonts w:ascii="Times New Roman" w:eastAsia="宋体" w:hAnsi="Times New Roman"/>
                <w:sz w:val="21"/>
                <w:lang w:eastAsia="zh-CN"/>
              </w:rPr>
              <w:t xml:space="preserve">聘任片区：＿＿＿＿＿＿　　</w:t>
            </w:r>
          </w:p>
          <w:p w:rsidR="00FE2A66" w:rsidRDefault="00FE2A66" w:rsidP="00F52597">
            <w:pPr>
              <w:rPr>
                <w:rFonts w:ascii="Times New Roman" w:eastAsia="宋体" w:hAnsi="Times New Roman"/>
                <w:sz w:val="21"/>
                <w:lang w:eastAsia="zh-CN"/>
              </w:rPr>
            </w:pPr>
          </w:p>
          <w:p w:rsidR="00175381" w:rsidRDefault="00570566" w:rsidP="00F52597">
            <w:pPr>
              <w:rPr>
                <w:rFonts w:ascii="Times New Roman" w:eastAsia="宋体" w:hAnsi="Times New Roman"/>
                <w:sz w:val="21"/>
                <w:lang w:eastAsia="zh-CN"/>
              </w:rPr>
            </w:pPr>
            <w:r>
              <w:rPr>
                <w:rFonts w:ascii="Times New Roman" w:eastAsia="宋体" w:hAnsi="Times New Roman"/>
                <w:sz w:val="21"/>
                <w:lang w:eastAsia="zh-CN"/>
              </w:rPr>
              <w:t>聘期：＿＿＿＿年＿＿月＿＿日至＿＿＿＿年＿＿月＿＿日</w:t>
            </w:r>
          </w:p>
          <w:p w:rsidR="00966089" w:rsidRDefault="00966089" w:rsidP="00F52597">
            <w:pPr>
              <w:rPr>
                <w:lang w:eastAsia="zh-CN"/>
              </w:rPr>
            </w:pPr>
          </w:p>
          <w:p w:rsidR="00F52597" w:rsidRDefault="00570566" w:rsidP="00F52597">
            <w:pPr>
              <w:rPr>
                <w:rFonts w:ascii="Times New Roman" w:eastAsia="宋体" w:hAnsi="Times New Roman" w:hint="eastAsia"/>
                <w:sz w:val="21"/>
                <w:lang w:eastAsia="zh-CN"/>
              </w:rPr>
            </w:pPr>
            <w:r>
              <w:rPr>
                <w:rFonts w:ascii="Times New Roman" w:eastAsia="宋体" w:hAnsi="Times New Roman"/>
                <w:sz w:val="21"/>
                <w:lang w:eastAsia="zh-CN"/>
              </w:rPr>
              <w:t>签订《无偿服务责任书》日期：＿＿＿＿年＿＿月＿＿日</w:t>
            </w:r>
          </w:p>
          <w:p w:rsidR="00F52597" w:rsidRDefault="00F52597" w:rsidP="00966089">
            <w:pPr>
              <w:ind w:firstLineChars="200" w:firstLine="420"/>
              <w:rPr>
                <w:rFonts w:ascii="Times New Roman" w:eastAsia="宋体" w:hAnsi="Times New Roman" w:hint="eastAsia"/>
                <w:sz w:val="21"/>
                <w:lang w:eastAsia="zh-CN"/>
              </w:rPr>
            </w:pPr>
          </w:p>
          <w:p w:rsidR="00175381" w:rsidRDefault="00570566" w:rsidP="00966089">
            <w:pPr>
              <w:ind w:firstLineChars="200" w:firstLine="420"/>
              <w:rPr>
                <w:lang w:eastAsia="zh-CN"/>
              </w:rPr>
            </w:pPr>
            <w:r>
              <w:rPr>
                <w:rFonts w:ascii="Times New Roman" w:eastAsia="宋体" w:hAnsi="Times New Roman"/>
                <w:sz w:val="21"/>
                <w:lang w:eastAsia="zh-CN"/>
              </w:rPr>
              <w:t xml:space="preserve">　　备注：＿＿＿＿</w:t>
            </w:r>
            <w:r w:rsidR="00F52597">
              <w:rPr>
                <w:rFonts w:ascii="Times New Roman" w:eastAsia="宋体" w:hAnsi="Times New Roman"/>
                <w:sz w:val="21"/>
                <w:lang w:eastAsia="zh-CN"/>
              </w:rPr>
              <w:t>＿＿＿＿＿＿＿＿＿＿＿＿＿＿</w:t>
            </w:r>
            <w:r>
              <w:rPr>
                <w:rFonts w:ascii="Times New Roman" w:eastAsia="宋体" w:hAnsi="Times New Roman"/>
                <w:sz w:val="21"/>
                <w:lang w:eastAsia="zh-CN"/>
              </w:rPr>
              <w:t>＿＿＿＿</w:t>
            </w:r>
          </w:p>
        </w:tc>
      </w:tr>
    </w:tbl>
    <w:p w:rsidR="00C65EB4" w:rsidRDefault="00C65EB4">
      <w:pPr>
        <w:rPr>
          <w:lang w:eastAsia="zh-CN"/>
        </w:rPr>
      </w:pPr>
    </w:p>
    <w:sectPr w:rsidR="00C65EB4" w:rsidSect="00FE2A66">
      <w:pgSz w:w="11906" w:h="16838"/>
      <w:pgMar w:top="1417" w:right="1417" w:bottom="709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6154" w:rsidRDefault="00C56154" w:rsidP="00966089">
      <w:pPr>
        <w:spacing w:after="0" w:line="240" w:lineRule="auto"/>
      </w:pPr>
      <w:r>
        <w:separator/>
      </w:r>
    </w:p>
  </w:endnote>
  <w:endnote w:type="continuationSeparator" w:id="0">
    <w:p w:rsidR="00C56154" w:rsidRDefault="00C56154" w:rsidP="009660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6154" w:rsidRDefault="00C56154" w:rsidP="00966089">
      <w:pPr>
        <w:spacing w:after="0" w:line="240" w:lineRule="auto"/>
      </w:pPr>
      <w:r>
        <w:separator/>
      </w:r>
    </w:p>
  </w:footnote>
  <w:footnote w:type="continuationSeparator" w:id="0">
    <w:p w:rsidR="00C56154" w:rsidRDefault="00C56154" w:rsidP="009660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39430E2A"/>
    <w:multiLevelType w:val="hybridMultilevel"/>
    <w:tmpl w:val="018C935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>
    <w:nsid w:val="54FD4771"/>
    <w:multiLevelType w:val="hybridMultilevel"/>
    <w:tmpl w:val="F3D4CB2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62551EF4"/>
    <w:multiLevelType w:val="hybridMultilevel"/>
    <w:tmpl w:val="6D6A1B2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1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75381"/>
    <w:rsid w:val="002054E7"/>
    <w:rsid w:val="0029639D"/>
    <w:rsid w:val="00326F90"/>
    <w:rsid w:val="00570566"/>
    <w:rsid w:val="008A670E"/>
    <w:rsid w:val="00966089"/>
    <w:rsid w:val="00AA1D8D"/>
    <w:rsid w:val="00B47730"/>
    <w:rsid w:val="00B974F0"/>
    <w:rsid w:val="00C56154"/>
    <w:rsid w:val="00C65EB4"/>
    <w:rsid w:val="00CB0664"/>
    <w:rsid w:val="00F52597"/>
    <w:rsid w:val="00FC693F"/>
    <w:rsid w:val="00FE2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页眉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页脚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标题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标题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标题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标题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副标题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正文文本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正文文本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正文文本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宏文本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引用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标题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标题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标题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标题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标题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标题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明显引用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1">
    <w:name w:val="Balloon Text"/>
    <w:basedOn w:val="a1"/>
    <w:link w:val="Char7"/>
    <w:uiPriority w:val="99"/>
    <w:semiHidden/>
    <w:unhideWhenUsed/>
    <w:rsid w:val="00B974F0"/>
    <w:pPr>
      <w:spacing w:after="0" w:line="240" w:lineRule="auto"/>
    </w:pPr>
    <w:rPr>
      <w:sz w:val="18"/>
      <w:szCs w:val="18"/>
    </w:rPr>
  </w:style>
  <w:style w:type="character" w:customStyle="1" w:styleId="Char7">
    <w:name w:val="批注框文本 Char"/>
    <w:basedOn w:val="a2"/>
    <w:link w:val="aff1"/>
    <w:uiPriority w:val="99"/>
    <w:semiHidden/>
    <w:rsid w:val="00B974F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页眉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页脚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标题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标题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标题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标题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副标题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正文文本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正文文本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正文文本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宏文本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引用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标题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标题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标题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标题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标题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标题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明显引用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1">
    <w:name w:val="Balloon Text"/>
    <w:basedOn w:val="a1"/>
    <w:link w:val="Char7"/>
    <w:uiPriority w:val="99"/>
    <w:semiHidden/>
    <w:unhideWhenUsed/>
    <w:rsid w:val="00B974F0"/>
    <w:pPr>
      <w:spacing w:after="0" w:line="240" w:lineRule="auto"/>
    </w:pPr>
    <w:rPr>
      <w:sz w:val="18"/>
      <w:szCs w:val="18"/>
    </w:rPr>
  </w:style>
  <w:style w:type="character" w:customStyle="1" w:styleId="Char7">
    <w:name w:val="批注框文本 Char"/>
    <w:basedOn w:val="a2"/>
    <w:link w:val="aff1"/>
    <w:uiPriority w:val="99"/>
    <w:semiHidden/>
    <w:rsid w:val="00B974F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3E1C1A3-9464-4EC4-B37C-4FF78BC88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屹嘉数码</Company>
  <LinksUpToDate>false</LinksUpToDate>
  <CharactersWithSpaces>533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屹嘉数码</cp:lastModifiedBy>
  <cp:revision>5</cp:revision>
  <dcterms:created xsi:type="dcterms:W3CDTF">2026-10-15T11:47:00Z</dcterms:created>
  <dcterms:modified xsi:type="dcterms:W3CDTF">2026-10-15T13:28:00Z</dcterms:modified>
</cp:coreProperties>
</file>